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</w:pPr>
      <w:sdt>
        <w:sdtPr>
          <w:tag w:val="JMENO_PRIJMENI"/>
          <w:alias w:val="JMENO_PRIJMENI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Jméno Příjmení</w:t>
          </w:r>
        </w:sdtContent>
      </w:sdt>
    </w:p>
    <w:p>
      <w:pPr>
        <w:pStyle w:val="CVRole"/>
      </w:pPr>
      <w:sdt>
        <w:sdtPr>
          <w:tag w:val="PROFESNI_ZAMERENI"/>
          <w:alias w:val="PROFESNI_ZAMERENI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Pracovní role / specializace</w:t>
          </w:r>
        </w:sdtContent>
      </w:sdt>
    </w:p>
    <w:p>
      <w:pPr>
        <w:pStyle w:val="CVContact"/>
      </w:pPr>
      <w:sdt>
        <w:sdtPr>
          <w:tag w:val="TELEFON"/>
          <w:alias w:val="TELEFON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+420 000 000 000</w:t>
          </w:r>
        </w:sdtContent>
      </w:sdt>
      <w:r>
        <w:rPr>
          <w:lang w:val="cs-CZ"/>
        </w:rPr>
        <w:t xml:space="preserve">  |  </w:t>
      </w:r>
      <w:sdt>
        <w:sdtPr>
          <w:tag w:val="EMAIL"/>
          <w:alias w:val="EMAIL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email@domena.cz</w:t>
          </w:r>
        </w:sdtContent>
      </w:sdt>
      <w:r>
        <w:rPr>
          <w:lang w:val="cs-CZ"/>
        </w:rPr>
        <w:t xml:space="preserve">  |  </w:t>
      </w:r>
      <w:sdt>
        <w:sdtPr>
          <w:tag w:val="MESTO_REGION"/>
          <w:alias w:val="MESTO_REGION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město / region</w:t>
          </w:r>
        </w:sdtContent>
      </w:sdt>
      <w:r>
        <w:rPr>
          <w:lang w:val="cs-CZ"/>
        </w:rPr>
        <w:t xml:space="preserve">  |  </w:t>
      </w:r>
      <w:sdt>
        <w:sdtPr>
          <w:tag w:val="LINKEDIN_PORTFOLIO"/>
          <w:alias w:val="LINKEDIN_PORTFOLIO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LinkedIn / portfolio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PROFESNÍ PROFIL</w:t>
      </w:r>
    </w:p>
    <w:p>
      <w:pPr/>
      <w:sdt>
        <w:sdtPr>
          <w:tag w:val="PROFIL"/>
          <w:alias w:val="PROFIL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3-4 věty: kdo jste, v čem jste silný/á, jakou máte relevantní praxi a jakou hodnotu přinášíte. Vynechte obecné fráze bez důkazu.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KLÍČOVÉ DOVEDNOSTI</w:t>
      </w:r>
    </w:p>
    <w:p>
      <w:pPr/>
      <w:sdt>
        <w:sdtPr>
          <w:tag w:val="DOVEDNOSTI"/>
          <w:alias w:val="DOVEDNOSTI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8-12 konkrétních dovedností a nástrojů relevantních pro pozici - používejte stejné odborné pojmy jako v inzerátu.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PRACOVNÍ ZKUŠENOSTI</w:t>
      </w:r>
    </w:p>
    <w:p>
      <w:pPr>
        <w:pStyle w:val="CVEntryTitle"/>
        <w:keepNext/>
      </w:pPr>
      <w:sdt>
        <w:sdtPr>
          <w:tag w:val="POZICE_1"/>
          <w:alias w:val="POZICE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pozice</w:t>
          </w:r>
        </w:sdtContent>
      </w:sdt>
    </w:p>
    <w:p>
      <w:pPr>
        <w:pStyle w:val="CVMeta"/>
      </w:pPr>
      <w:sdt>
        <w:sdtPr>
          <w:tag w:val="FIRMA_1"/>
          <w:alias w:val="FIRMA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Zaměstnavatel</w:t>
          </w:r>
        </w:sdtContent>
      </w:sdt>
      <w:r>
        <w:rPr>
          <w:lang w:val="cs-CZ"/>
        </w:rPr>
        <w:t xml:space="preserve"> | </w:t>
      </w:r>
      <w:sdt>
        <w:sdtPr>
          <w:tag w:val="LOKALITA_1"/>
          <w:alias w:val="LOKALITA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město / hybrid / remote</w:t>
          </w:r>
        </w:sdtContent>
      </w:sdt>
      <w:r>
        <w:rPr>
          <w:lang w:val="cs-CZ"/>
        </w:rPr>
        <w:t xml:space="preserve"> | </w:t>
      </w:r>
      <w:sdt>
        <w:sdtPr>
          <w:tag w:val="OBDOBI_1"/>
          <w:alias w:val="OBDOBI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MM/RRRR - současnost</w:t>
          </w:r>
        </w:sdtContent>
      </w:sdt>
    </w:p>
    <w:p>
      <w:pPr>
        <w:pStyle w:val="ListBullet"/>
      </w:pPr>
      <w:sdt>
        <w:sdtPr>
          <w:tag w:val="VYSLEDEK_1_1"/>
          <w:alias w:val="VYSLEDEK_1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Konkrétní výsledek: co jste zlepšil/a, vytvořil/a nebo vyřešil/a - ideálně s číslem, procentem, časem či objemem.</w:t>
          </w:r>
        </w:sdtContent>
      </w:sdt>
    </w:p>
    <w:p>
      <w:pPr>
        <w:pStyle w:val="ListBullet"/>
      </w:pPr>
      <w:sdt>
        <w:sdtPr>
          <w:tag w:val="VYSLEDEK_1_2"/>
          <w:alias w:val="VYSLEDEK_1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Rozsah a odpovědnost: tým, zákazníci, projekty, rozpočet, produkce, počet případů nebo jiné měřítko.</w:t>
          </w:r>
        </w:sdtContent>
      </w:sdt>
    </w:p>
    <w:p>
      <w:pPr>
        <w:pStyle w:val="ListBullet"/>
      </w:pPr>
      <w:sdt>
        <w:sdtPr>
          <w:tag w:val="VYSLEDEK_1_3"/>
          <w:alias w:val="VYSLEDEK_1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Relevantní odborná práce a nástroje; stručně, bez opakování obecného popisu pracovní náplně.</w:t>
          </w:r>
        </w:sdtContent>
      </w:sdt>
    </w:p>
    <w:p>
      <w:pPr>
        <w:pStyle w:val="CVEntryTitle"/>
        <w:keepNext/>
      </w:pPr>
      <w:sdt>
        <w:sdtPr>
          <w:tag w:val="POZICE_2"/>
          <w:alias w:val="POZICE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pozice</w:t>
          </w:r>
        </w:sdtContent>
      </w:sdt>
    </w:p>
    <w:p>
      <w:pPr>
        <w:pStyle w:val="CVMeta"/>
      </w:pPr>
      <w:sdt>
        <w:sdtPr>
          <w:tag w:val="FIRMA_2"/>
          <w:alias w:val="FIRMA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Zaměstnavatel</w:t>
          </w:r>
        </w:sdtContent>
      </w:sdt>
      <w:r>
        <w:rPr>
          <w:lang w:val="cs-CZ"/>
        </w:rPr>
        <w:t xml:space="preserve"> | </w:t>
      </w:r>
      <w:sdt>
        <w:sdtPr>
          <w:tag w:val="LOKALITA_2"/>
          <w:alias w:val="LOKALITA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město / hybrid / remote</w:t>
          </w:r>
        </w:sdtContent>
      </w:sdt>
      <w:r>
        <w:rPr>
          <w:lang w:val="cs-CZ"/>
        </w:rPr>
        <w:t xml:space="preserve"> | </w:t>
      </w:r>
      <w:sdt>
        <w:sdtPr>
          <w:tag w:val="OBDOBI_2"/>
          <w:alias w:val="OBDOBI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MM/RRRR - MM/RRRR</w:t>
          </w:r>
        </w:sdtContent>
      </w:sdt>
    </w:p>
    <w:p>
      <w:pPr>
        <w:pStyle w:val="ListBullet"/>
      </w:pPr>
      <w:sdt>
        <w:sdtPr>
          <w:tag w:val="VYSLEDEK_2_1"/>
          <w:alias w:val="VYSLEDEK_2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Konkrétní výsledek: co jste zlepšil/a, vytvořil/a nebo vyřešil/a - ideálně s číslem, procentem, časem či objemem.</w:t>
          </w:r>
        </w:sdtContent>
      </w:sdt>
    </w:p>
    <w:p>
      <w:pPr>
        <w:pStyle w:val="ListBullet"/>
      </w:pPr>
      <w:sdt>
        <w:sdtPr>
          <w:tag w:val="VYSLEDEK_2_2"/>
          <w:alias w:val="VYSLEDEK_2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Rozsah a odpovědnost: tým, zákazníci, projekty, rozpočet, produkce, počet případů nebo jiné měřítko.</w:t>
          </w:r>
        </w:sdtContent>
      </w:sdt>
    </w:p>
    <w:p>
      <w:pPr>
        <w:pStyle w:val="ListBullet"/>
      </w:pPr>
      <w:sdt>
        <w:sdtPr>
          <w:tag w:val="VYSLEDEK_2_3"/>
          <w:alias w:val="VYSLEDEK_2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Relevantní odborná práce a nástroje; stručně, bez opakování obecného popisu pracovní náplně.</w:t>
          </w:r>
        </w:sdtContent>
      </w:sdt>
    </w:p>
    <w:p>
      <w:pPr>
        <w:pStyle w:val="CVEntryTitle"/>
        <w:keepNext/>
      </w:pPr>
      <w:sdt>
        <w:sdtPr>
          <w:tag w:val="POZICE_3"/>
          <w:alias w:val="POZICE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pozice</w:t>
          </w:r>
        </w:sdtContent>
      </w:sdt>
    </w:p>
    <w:p>
      <w:pPr>
        <w:pStyle w:val="CVMeta"/>
      </w:pPr>
      <w:sdt>
        <w:sdtPr>
          <w:tag w:val="FIRMA_3"/>
          <w:alias w:val="FIRMA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Zaměstnavatel</w:t>
          </w:r>
        </w:sdtContent>
      </w:sdt>
      <w:r>
        <w:rPr>
          <w:lang w:val="cs-CZ"/>
        </w:rPr>
        <w:t xml:space="preserve"> | </w:t>
      </w:r>
      <w:sdt>
        <w:sdtPr>
          <w:tag w:val="LOKALITA_3"/>
          <w:alias w:val="LOKALITA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město / hybrid / remote</w:t>
          </w:r>
        </w:sdtContent>
      </w:sdt>
      <w:r>
        <w:rPr>
          <w:lang w:val="cs-CZ"/>
        </w:rPr>
        <w:t xml:space="preserve"> | </w:t>
      </w:r>
      <w:sdt>
        <w:sdtPr>
          <w:tag w:val="OBDOBI_3"/>
          <w:alias w:val="OBDOBI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MM/RRRR - MM/RRRR</w:t>
          </w:r>
        </w:sdtContent>
      </w:sdt>
    </w:p>
    <w:p>
      <w:pPr>
        <w:pStyle w:val="ListBullet"/>
      </w:pPr>
      <w:sdt>
        <w:sdtPr>
          <w:tag w:val="VYSLEDEK_3_1"/>
          <w:alias w:val="VYSLEDEK_3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Konkrétní výsledek: co jste zlepšil/a, vytvořil/a nebo vyřešil/a - ideálně s číslem, procentem, časem či objemem.</w:t>
          </w:r>
        </w:sdtContent>
      </w:sdt>
    </w:p>
    <w:p>
      <w:pPr>
        <w:pStyle w:val="ListBullet"/>
      </w:pPr>
      <w:sdt>
        <w:sdtPr>
          <w:tag w:val="VYSLEDEK_3_2"/>
          <w:alias w:val="VYSLEDEK_3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Rozsah a odpovědnost: tým, zákazníci, projekty, rozpočet, produkce, počet případů nebo jiné měřítko.</w:t>
          </w:r>
        </w:sdtContent>
      </w:sdt>
    </w:p>
    <w:p>
      <w:pPr>
        <w:pStyle w:val="ListBullet"/>
      </w:pPr>
      <w:sdt>
        <w:sdtPr>
          <w:tag w:val="VYSLEDEK_3_3"/>
          <w:alias w:val="VYSLEDEK_3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Relevantní odborná práce a nástroje; stručně, bez opakování obecného popisu pracovní náplně.</w:t>
          </w:r>
        </w:sdtContent>
      </w:sdt>
    </w:p>
    <w:p>
      <w:r>
        <w:rPr>
          <w:lang w:val="cs-CZ"/>
        </w:rPr>
        <w:br w:type="page"/>
      </w:r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DALŠÍ RELEVANTNÍ ZKUŠENOST</w:t>
      </w:r>
    </w:p>
    <w:p>
      <w:pPr>
        <w:pStyle w:val="CVEntryTitle"/>
        <w:keepNext/>
      </w:pPr>
      <w:sdt>
        <w:sdtPr>
          <w:tag w:val="POZICE_4"/>
          <w:alias w:val="POZICE_4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pozice / projekt / stáž</w:t>
          </w:r>
        </w:sdtContent>
      </w:sdt>
    </w:p>
    <w:p>
      <w:pPr>
        <w:pStyle w:val="CVMeta"/>
      </w:pPr>
      <w:sdt>
        <w:sdtPr>
          <w:tag w:val="FIRMA_4"/>
          <w:alias w:val="FIRMA_4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Organizace / klient</w:t>
          </w:r>
        </w:sdtContent>
      </w:sdt>
      <w:r>
        <w:rPr>
          <w:lang w:val="cs-CZ"/>
        </w:rPr>
        <w:t xml:space="preserve"> | </w:t>
      </w:r>
      <w:sdt>
        <w:sdtPr>
          <w:tag w:val="LOKALITA_4"/>
          <w:alias w:val="LOKALITA_4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místo</w:t>
          </w:r>
        </w:sdtContent>
      </w:sdt>
      <w:r>
        <w:rPr>
          <w:lang w:val="cs-CZ"/>
        </w:rPr>
        <w:t xml:space="preserve"> | </w:t>
      </w:r>
      <w:sdt>
        <w:sdtPr>
          <w:tag w:val="OBDOBI_4"/>
          <w:alias w:val="OBDOBI_4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MM/RRRR - MM/RRRR</w:t>
          </w:r>
        </w:sdtContent>
      </w:sdt>
    </w:p>
    <w:p>
      <w:pPr>
        <w:pStyle w:val="ListBullet"/>
      </w:pPr>
      <w:sdt>
        <w:sdtPr>
          <w:tag w:val="VYSLEDEK_4_1"/>
          <w:alias w:val="VYSLEDEK_4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Konkrétní výsledek: co jste zlepšil/a, vytvořil/a nebo vyřešil/a - ideálně s číslem, procentem, časem či objemem.</w:t>
          </w:r>
        </w:sdtContent>
      </w:sdt>
    </w:p>
    <w:p>
      <w:pPr>
        <w:pStyle w:val="ListBullet"/>
      </w:pPr>
      <w:sdt>
        <w:sdtPr>
          <w:tag w:val="VYSLEDEK_4_2"/>
          <w:alias w:val="VYSLEDEK_4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Rozsah a odpovědnost: tým, zákazníci, projekty, rozpočet, produkce, počet případů nebo jiné měřítko.</w:t>
          </w:r>
        </w:sdtContent>
      </w:sdt>
    </w:p>
    <w:p>
      <w:pPr>
        <w:pStyle w:val="ListBullet"/>
      </w:pPr>
      <w:sdt>
        <w:sdtPr>
          <w:tag w:val="VYSLEDEK_4_3"/>
          <w:alias w:val="VYSLEDEK_4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Relevantní odborná práce a nástroje; stručně, bez opakování obecného popisu pracovní náplně.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VZDĚLÁNÍ</w:t>
      </w:r>
    </w:p>
    <w:p>
      <w:pPr>
        <w:pStyle w:val="CVEntryTitle"/>
        <w:keepNext/>
      </w:pPr>
      <w:sdt>
        <w:sdtPr>
          <w:tag w:val="SKOLA_1"/>
          <w:alias w:val="SKOLA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školy / instituce</w:t>
          </w:r>
        </w:sdtContent>
      </w:sdt>
    </w:p>
    <w:p>
      <w:pPr>
        <w:pStyle w:val="CVMeta"/>
      </w:pPr>
      <w:sdt>
        <w:sdtPr>
          <w:tag w:val="OBOR_1"/>
          <w:alias w:val="OBOR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obor, titul</w:t>
          </w:r>
        </w:sdtContent>
      </w:sdt>
      <w:r>
        <w:rPr>
          <w:lang w:val="cs-CZ"/>
        </w:rPr>
        <w:t xml:space="preserve"> | </w:t>
      </w:r>
      <w:sdt>
        <w:sdtPr>
          <w:tag w:val="VZDELANI_OBDOBI_1"/>
          <w:alias w:val="VZDELANI_OBDOBI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RRRR - RRRR</w:t>
          </w:r>
        </w:sdtContent>
      </w:sdt>
    </w:p>
    <w:p>
      <w:pPr/>
      <w:sdt>
        <w:sdtPr>
          <w:tag w:val="VZDELANI_DETAIL_1"/>
          <w:alias w:val="VZDELANI_DETAIL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Volitelné: relevantní zaměření, projekt, téma práce nebo ocenění.</w:t>
          </w:r>
        </w:sdtContent>
      </w:sdt>
    </w:p>
    <w:p>
      <w:pPr>
        <w:pStyle w:val="CVEntryTitle"/>
        <w:keepNext/>
      </w:pPr>
      <w:sdt>
        <w:sdtPr>
          <w:tag w:val="SKOLA_2"/>
          <w:alias w:val="SKOLA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Další relevantní škola / instituce</w:t>
          </w:r>
        </w:sdtContent>
      </w:sdt>
    </w:p>
    <w:p>
      <w:pPr>
        <w:pStyle w:val="CVMeta"/>
      </w:pPr>
      <w:sdt>
        <w:sdtPr>
          <w:tag w:val="OBOR_2"/>
          <w:alias w:val="OBOR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obor / kvalifikace</w:t>
          </w:r>
        </w:sdtContent>
      </w:sdt>
      <w:r>
        <w:rPr>
          <w:lang w:val="cs-CZ"/>
        </w:rPr>
        <w:t xml:space="preserve"> | </w:t>
      </w:r>
      <w:sdt>
        <w:sdtPr>
          <w:tag w:val="VZDELANI_OBDOBI_2"/>
          <w:alias w:val="VZDELANI_OBDOBI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RRRR - RRRR</w:t>
          </w:r>
        </w:sdtContent>
      </w:sdt>
    </w:p>
    <w:p>
      <w:pPr/>
      <w:sdt>
        <w:sdtPr>
          <w:tag w:val="VZDELANI_DETAIL_2"/>
          <w:alias w:val="VZDELANI_DETAIL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Volitelné - u zkušenějších kandidátů lze tuto položku odstranit.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KURZY A CERTIFIKACE</w:t>
      </w:r>
    </w:p>
    <w:p>
      <w:pPr/>
      <w:sdt>
        <w:sdtPr>
          <w:tag w:val="CERT_1"/>
          <w:alias w:val="CERT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kurzu / certifikace - vydavatel, rok</w:t>
          </w:r>
        </w:sdtContent>
      </w:sdt>
    </w:p>
    <w:p>
      <w:pPr/>
      <w:sdt>
        <w:sdtPr>
          <w:tag w:val="CERT_2"/>
          <w:alias w:val="CERT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kurzu / certifikace - vydavatel, rok</w:t>
          </w:r>
        </w:sdtContent>
      </w:sdt>
    </w:p>
    <w:p>
      <w:pPr/>
      <w:sdt>
        <w:sdtPr>
          <w:tag w:val="CERT_3"/>
          <w:alias w:val="CERT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Název kurzu / certifikace - vydavatel, rok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JAZYKY</w:t>
      </w:r>
    </w:p>
    <w:p>
      <w:pPr/>
      <w:sdt>
        <w:sdtPr>
          <w:tag w:val="JAZYK_1"/>
          <w:alias w:val="JAZYK_1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Jazyk - úroveň (např. angličtina C1 / profesionální)</w:t>
          </w:r>
        </w:sdtContent>
      </w:sdt>
    </w:p>
    <w:p>
      <w:pPr/>
      <w:sdt>
        <w:sdtPr>
          <w:tag w:val="JAZYK_2"/>
          <w:alias w:val="JAZYK_2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Jazyk - úroveň</w:t>
          </w:r>
        </w:sdtContent>
      </w:sdt>
    </w:p>
    <w:p>
      <w:pPr/>
      <w:sdt>
        <w:sdtPr>
          <w:tag w:val="JAZYK_3"/>
          <w:alias w:val="JAZYK_3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Jazyk - úroveň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DIGITÁLNÍ, TECHNICKÉ A AI NÁSTROJE</w:t>
      </w:r>
    </w:p>
    <w:p>
      <w:pPr/>
      <w:sdt>
        <w:sdtPr>
          <w:tag w:val="NASTROJE"/>
          <w:alias w:val="NASTROJE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Konkrétní software, technologie, stroje, systémy a AI nástroje, které skutečně ovládáte a jsou relevantní pro danou roli.</w:t>
          </w:r>
        </w:sdtContent>
      </w:sdt>
    </w:p>
    <w:p>
      <w:pPr>
        <w:pStyle w:val="CVSection"/>
        <w:pBdr>
          <w:bottom w:val="single" w:sz="6" w:space="1" w:color="91A9B8"/>
        </w:pBdr>
        <w:keepNext/>
      </w:pPr>
      <w:r>
        <w:rPr>
          <w:lang w:val="cs-CZ"/>
        </w:rPr>
        <w:t>DALŠÍ RELEVANTNÍ INFORMACE</w:t>
      </w:r>
    </w:p>
    <w:p>
      <w:pPr/>
      <w:sdt>
        <w:sdtPr>
          <w:tag w:val="DALSI_INFO"/>
          <w:alias w:val="DALSI_INFO"/>
          <w:text/>
        </w:sdtPr>
        <w:sdtContent>
          <w:r>
            <w:rPr>
              <w:b w:val="0"/>
              <w:i w:val="0"/>
              <w:lang w:val="cs-CZ"/>
              <w:color w:val="7A7A7A"/>
            </w:rPr>
            <w:t>Pouze pokud je relevantní: řidičské oprávnění, profesní oprávnění, ochota cestovat, portfolio, dobrovolnictví apod.</w:t>
          </w:r>
        </w:sdtContent>
      </w:sdt>
    </w:p>
    <w:p>
      <w:pPr>
        <w:pStyle w:val="CVHint"/>
        <w:shd w:fill="F4F7F9"/>
        <w:spacing w:before="160" w:after="0"/>
        <w:ind w:left="113" w:right="113"/>
      </w:pPr>
      <w:r>
        <w:rPr>
          <w:b/>
          <w:lang w:val="cs-CZ"/>
        </w:rPr>
        <w:t xml:space="preserve">Před odesláním: </w:t>
      </w:r>
      <w:r>
        <w:rPr>
          <w:lang w:val="cs-CZ"/>
        </w:rPr>
        <w:t>nahraďte všechna šedá pole, odstraňte nerelevantní sekce a přizpůsobte dovednosti i formulace konkrétnímu inzerátu. Fotografie, datum narození, rodinný stav a úplná adresa nejsou pro běžné CV povinné.</w:t>
      </w:r>
    </w:p>
    <w:sectPr>
      <w:pgSz w:w="12240" w:h="15840"/>
      <w:pgMar w:top="879" w:right="992" w:bottom="822" w:left="992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55" w:hanging="159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after="20"/>
    </w:pPr>
    <w:rPr>
      <w:rFonts w:ascii="Arial" w:hAnsi="Arial"/>
      <w:b/>
      <w:color w:val="1C2D3F"/>
      <w:sz w:val="44"/>
    </w:rPr>
  </w:style>
  <w:style w:type="paragraph" w:customStyle="1" w:styleId="CVRole">
    <w:name w:val="CV Role"/>
    <w:pPr>
      <w:spacing w:after="40"/>
    </w:pPr>
    <w:rPr>
      <w:rFonts w:ascii="Arial" w:hAnsi="Arial"/>
      <w:b/>
      <w:color w:val="43627A"/>
      <w:sz w:val="23"/>
    </w:rPr>
  </w:style>
  <w:style w:type="paragraph" w:customStyle="1" w:styleId="CVContact">
    <w:name w:val="CV Contact"/>
    <w:pPr>
      <w:spacing w:after="140"/>
    </w:pPr>
    <w:rPr>
      <w:rFonts w:ascii="Arial" w:hAnsi="Arial"/>
      <w:color w:val="464646"/>
      <w:sz w:val="17"/>
    </w:rPr>
  </w:style>
  <w:style w:type="paragraph" w:customStyle="1" w:styleId="CVSection">
    <w:name w:val="CV Section"/>
    <w:pPr>
      <w:spacing w:before="140" w:after="60"/>
    </w:pPr>
    <w:rPr>
      <w:rFonts w:ascii="Arial" w:hAnsi="Arial"/>
      <w:b/>
      <w:color w:val="1C2D3F"/>
      <w:sz w:val="22"/>
    </w:rPr>
  </w:style>
  <w:style w:type="paragraph" w:customStyle="1" w:styleId="CVEntryTitle">
    <w:name w:val="CV Entry Title"/>
    <w:pPr>
      <w:spacing w:before="80" w:after="0"/>
    </w:pPr>
    <w:rPr>
      <w:rFonts w:ascii="Arial" w:hAnsi="Arial"/>
      <w:b/>
      <w:color w:val="232323"/>
      <w:sz w:val="19"/>
    </w:rPr>
  </w:style>
  <w:style w:type="paragraph" w:customStyle="1" w:styleId="CVMeta">
    <w:name w:val="CV Meta"/>
    <w:pPr>
      <w:spacing w:after="30"/>
    </w:pPr>
    <w:rPr>
      <w:rFonts w:ascii="Arial" w:hAnsi="Arial"/>
      <w:color w:val="555555"/>
      <w:sz w:val="17"/>
    </w:rPr>
  </w:style>
  <w:style w:type="paragraph" w:customStyle="1" w:styleId="CVHint">
    <w:name w:val="CV Hint"/>
    <w:pPr>
      <w:spacing w:after="40"/>
    </w:pPr>
    <w:rPr>
      <w:rFonts w:ascii="Arial" w:hAnsi="Arial"/>
      <w:i/>
      <w:color w:val="696969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Moderní formulář životopisu 2026</dc:title>
  <dc:subject>ATS-friendly česká šablona CV pro rok 2026</dc:subject>
  <dc:creator/>
  <cp:keywords>životopis, CV, 2026, ATS, formulář, práce</cp:keywords>
  <dc:description>Jednosloupcová ATS-friendly šablona založená na současných doporučeních pro nábor v roce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