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40" w:line="252" w:lineRule="auto"/>
        <w:jc w:val="left"/>
      </w:pPr>
      <w:r>
        <w:rPr>
          <w:rFonts w:ascii="Aptos" w:hAnsi="Aptos"/>
          <w:b/>
          <w:i w:val="0"/>
          <w:color w:val="1F4E79"/>
          <w:sz w:val="42"/>
        </w:rPr>
        <w:t>Motivační dopis / průvodní dopis 2026</w:t>
      </w:r>
    </w:p>
    <w:p>
      <w:pPr>
        <w:spacing w:before="0" w:after="160" w:line="252" w:lineRule="auto"/>
      </w:pPr>
      <w:r>
        <w:rPr>
          <w:rFonts w:ascii="Aptos" w:hAnsi="Aptos"/>
          <w:b w:val="0"/>
          <w:i w:val="0"/>
          <w:color w:val="607D8B"/>
          <w:sz w:val="19"/>
        </w:rPr>
        <w:t>Moderní stručná šablona pro reakci na konkrétní pracovní nabídku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8"/>
              </w:rPr>
              <w:t>Aktualizováno: 23. 8. 2026</w:t>
            </w:r>
          </w:p>
        </w:tc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  <w:jc w:val="right"/>
            </w:pPr>
            <w:r>
              <w:rPr>
                <w:rFonts w:ascii="Aptos" w:hAnsi="Aptos"/>
                <w:b w:val="0"/>
                <w:i w:val="0"/>
                <w:color w:val="253746"/>
                <w:sz w:val="18"/>
              </w:rPr>
              <w:t>Editovatelný vzor pro Word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AF2F8"/>
            <w:tcBorders>
              <w:top w:val="single" w:sz="6" w:color="B7C9D6"/>
              <w:left w:val="single" w:sz="10" w:color="1F4E79"/>
              <w:bottom w:val="single" w:sz="6" w:color="B7C9D6"/>
              <w:right w:val="single" w:sz="6" w:color="B7C9D6"/>
            </w:tcBorders>
          </w:tcPr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Jak šablonu použít</w:t>
              <w:br/>
            </w:r>
            <w:r>
              <w:rPr>
                <w:rFonts w:ascii="Aptos" w:hAnsi="Aptos"/>
                <w:b w:val="0"/>
                <w:i w:val="0"/>
                <w:color w:val="253746"/>
                <w:sz w:val="19"/>
              </w:rPr>
              <w:t>Držte se ideálně jedné strany. V roce 2026 personalisté doporučují dopis přizpůsobit konkrétní pozici, neopakovat celý životopis a uvést 1–2 konkrétní výsledky nebo příklady, které dokazují vhodnost kandidáta.</w:t>
            </w:r>
          </w:p>
        </w:tc>
      </w:tr>
    </w:tbl>
    <w:p>
      <w:pPr>
        <w:spacing w:after="0"/>
      </w:pPr>
    </w:p>
    <w:p>
      <w:pPr>
        <w:pStyle w:val="Heading1"/>
        <w:spacing w:before="120" w:after="80" w:line="252" w:lineRule="auto"/>
      </w:pPr>
      <w:r>
        <w:rPr>
          <w:rFonts w:ascii="Aptos" w:hAnsi="Aptos"/>
          <w:b/>
          <w:i w:val="0"/>
          <w:color w:val="1F4E79"/>
          <w:sz w:val="27"/>
        </w:rPr>
        <w:t>Kontaktní údaje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35"/>
        <w:gridCol w:w="6236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Jméno a příjmení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[DOPLŇTE]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Telefon / e-mail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[DOPLŇTE]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Společnost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[NÁZEV SPOLEČNOSTI]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Pozice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[NÁZEV POZICE]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Datum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[DD. MM. RRRR]</w:t>
            </w:r>
          </w:p>
        </w:tc>
      </w:tr>
    </w:tbl>
    <w:p>
      <w:pPr>
        <w:pStyle w:val="Heading1"/>
        <w:spacing w:before="120" w:after="80" w:line="252" w:lineRule="auto"/>
      </w:pPr>
      <w:r>
        <w:rPr>
          <w:rFonts w:ascii="Aptos" w:hAnsi="Aptos"/>
          <w:b/>
          <w:i w:val="0"/>
          <w:color w:val="1F4E79"/>
          <w:sz w:val="27"/>
        </w:rPr>
        <w:t>Vzorový text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Vážená paní / Vážený pane [PŘÍJMENÍ],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Reaguji na nabídku pozice [NÁZEV POZICE], protože mě zaujalo [KONKRÉTNÍ DŮVOD – produkt, projekt, obor, způsob práce firmy]. Na tuto roli mohu navázat zkušeností v oblasti [KLÍČOVÁ ZKUŠENOST / DOVEDNOST].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V posledním zaměstnání / projektu jsem [KONKRÉTNÍ ČINNOST], díky čemuž se podařilo [MĚŘITELNÝ VÝSLEDEK – např. zvýšit výkon o X %, snížit náklady, zrychlit proces, získat zákazníky]. Právě tato zkušenost odpovídá požadavku na [POŽADAVEK Z INZERÁTU].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Na práci ve společnosti [NÁZEV] mě láká především [KONKRÉTNÍ MOTIVACE]. Rád/a bych své zkušenosti s [DOVEDNOST] využil/a k [PŘÍNOS PRO FIRMU].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Budu rád/a za možnost osobního nebo online rozhovoru. Děkuji za zvážení mé žádosti.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S pozdravem</w:t>
        <w:br/>
        <w:t>[JMÉNO A PŘÍJMENÍ]</w:t>
      </w:r>
    </w:p>
    <w:p>
      <w:pPr>
        <w:pStyle w:val="Heading2"/>
        <w:spacing w:before="120" w:after="80" w:line="252" w:lineRule="auto"/>
      </w:pPr>
      <w:r>
        <w:rPr>
          <w:rFonts w:ascii="Aptos" w:hAnsi="Aptos"/>
          <w:b/>
          <w:i w:val="0"/>
          <w:color w:val="253746"/>
          <w:sz w:val="23"/>
        </w:rPr>
        <w:t>Kontrola před odesláním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Je dopis upravený pro tuto konkrétní firmu a pozici?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Obsahuje 1–2 konkrétní výsledky nebo příklady?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Nepřepisuje pouze informace z CV?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Je přibližně na půl až jednu stranu a bez zbytečných frází?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Je název pozice a jméno adresáta správně?</w:t>
      </w:r>
    </w:p>
    <w:p>
      <w:pPr>
        <w:pStyle w:val="Heading2"/>
        <w:spacing w:before="120" w:after="80" w:line="252" w:lineRule="auto"/>
      </w:pPr>
      <w:r>
        <w:rPr>
          <w:rFonts w:ascii="Aptos" w:hAnsi="Aptos"/>
          <w:b/>
          <w:i w:val="0"/>
          <w:color w:val="253746"/>
          <w:sz w:val="23"/>
        </w:rPr>
        <w:t>Právní / praktická poznámka</w:t>
      </w:r>
    </w:p>
    <w:p>
      <w:pPr>
        <w:spacing w:before="0" w:after="60" w:line="252" w:lineRule="auto"/>
      </w:pPr>
      <w:r>
        <w:rPr>
          <w:rFonts w:ascii="Aptos" w:hAnsi="Aptos"/>
          <w:b w:val="0"/>
          <w:i w:val="0"/>
          <w:color w:val="607D8B"/>
          <w:sz w:val="17"/>
        </w:rPr>
        <w:t>Praktické doporučení vychází z náborové praxe 2026: personalizace podle inzerátu, konkrétní dovednosti a výsledky, stručný obchodní styl. Dopis není právně předepsaný dokument.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964" w:bottom="879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52" w:lineRule="auto"/>
      <w:jc w:val="center"/>
    </w:pPr>
    <w:r>
      <w:rPr>
        <w:rFonts w:ascii="Aptos" w:hAnsi="Aptos"/>
        <w:b w:val="0"/>
        <w:i w:val="0"/>
        <w:color w:val="607D8B"/>
        <w:sz w:val="15"/>
      </w:rPr>
      <w:t>Praktická šablona podle běžných doporučení náborové praxe 2026.  |  eNáchod.cz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52" w:lineRule="auto"/>
      <w:jc w:val="right"/>
    </w:pPr>
    <w:r>
      <w:rPr>
        <w:rFonts w:ascii="Aptos" w:hAnsi="Aptos"/>
        <w:b/>
        <w:i w:val="0"/>
        <w:color w:val="1F4E79"/>
        <w:sz w:val="18"/>
      </w:rPr>
      <w:t>eNáchod.cz  |  Formuláře pro práci a kariéru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F4E79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25374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F4E7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