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Žádost o zaměstnání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Formální a stručný vzor pro reakci na nabídku i spontánní oslovení zaměstnavatele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Kdy použít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Hodí se jako krátká formální žádost, pokud ji zaměstnavatel výslovně požaduje, při osobním předání nebo při spontánním oslovení firmy. Pokud posíláte e-mail, lze stejný text zkrátit do těla zprávy a přiložit CV.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Žadatel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 A PŘÍJMENÍ]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Kontakt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[TELEFON, E-MAIL]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Adresát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 FIRMY / KONTAKTNÍ OSOBA]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Pozice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 POZICE / OBLAST]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Vzor – reakce na konkrétní nabídku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Věc: Žádost o zaměstnání – [NÁZEV POZICE]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Vážená paní / Vážený pane,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tímto se ucházím o pracovní pozici [NÁZEV POZICE], zveřejněnou [KDE / KDY]. Mám zkušenosti v oblasti [OBLAST] a splňuji zejména požadavky na [2–3 KLÍČOVÉ DOVEDNOSTI].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Za svůj relevantní přínos považuji zejména [STRUČNÝ KONKRÉTNÍ VÝSLEDEK NEBO ZKUŠENOST]. V příloze zasílám svůj životopis a budu rád/a za možnost osobního rozhovoru.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Děkuji za zvážení mé žádosti.</w:t>
        <w:br/>
        <w:br/>
        <w:t>S pozdravem</w:t>
        <w:br/>
        <w:t>[JMÉNO A PŘÍJMENÍ]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Vzor – spontánní žádost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Vážená paní / Vážený pane,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obracím se na Vás s dotazem na možnost pracovního uplatnění v oblasti [OBLAST / TYP POZICE]. Mám zkušenosti s [DOVEDNOSTI] a ve své dosavadní praxi jsem [STRUČNÝ VÝSLEDEK / ODPOVĚDNOST].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Pokud by se u Vás nyní nebo v blízké době otevřela vhodná pozice, rád/a své zkušenosti představím podrobněji. V příloze zasílám životopis.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S pozdravem</w:t>
        <w:br/>
        <w:t>[JMÉNO A PŘÍJMENÍ]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Praktická šablona podle běžných doporučení náborové praxe 2026.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