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Dohoda o rozvázání pracovního poměru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Oboustranný vzor dohody podle § 49 zákoníku práce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Co je potřeba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Dohoda je platná jen tehdy, když s ní souhlasí zaměstnanec i zaměstnavatel. Musí být písemná, musí obsahovat sjednaný den skončení a každá strana má obdržet jedno vyhotovení. Důvod obecně není povinný, ale může být důležitý pro některé nároky, zejména odstupné.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Zaměstnavatel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[NÁZEV, IČO, SÍDLO, ZASTOUPENÝ]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DATUM NAROZENÍ, ADRESA]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Pracovní smlouva ze dne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Druh práce / 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Dohoda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1. Smluvní strany se dohodly na rozvázání pracovního poměru založeného pracovní smlouvou ze dne [DD. MM. RRRR].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2. Pracovní poměr skončí dnem [DD. MM. RRRR].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3. Důvod rozvázání pracovního poměru: [VOLITELNÉ – UVEĎTE POUZE, JE-LI TO VHODNÉ / POTŘEBNÉ].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4. Zaměstnanec nejpozději ke dni skončení pracovního poměru předá svěřené pracovní prostředky, dokumentaci, přístupy a další majetek zaměstnavatele podle předávacího protokolu, pokud se strany nedohodnou jinak.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5. Zaměstnavatel vydá zaměstnanci při skončení pracovního poměru dokumenty, které mu podle právních předpisů náleží.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6. Tato dohoda je vyhotovena ve dvou stejnopisech, z nichž každá smluvní strana obdrží jeden. Obě strany potvrzují, že si dohodu přečetly, jejímu obsahu rozumějí a uzavírají ji svobodně.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 [MÍSTO] dne [DD. MM. RRRR]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65"/>
        <w:gridCol w:w="4365"/>
      </w:tblGrid>
      <w:tr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__________________________________</w:t>
            </w:r>
          </w:p>
        </w:tc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__________________________________</w:t>
            </w:r>
          </w:p>
        </w:tc>
      </w:tr>
      <w:tr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Zaměstnanec</w:t>
            </w:r>
          </w:p>
        </w:tc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Zaměstnavatel</w:t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Právní základ: § 49 zákona č. 262/2006 Sb. Pokud je dohoda uzavírána z důvodů podle § 52 písm. a) až c), může mít uvedení přesného důvodu význam pro nárok na odstupné podle § 67. U sporných nebo složitých případů je vhodná individuální právní kontrola.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