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Žádost o zvýšení mzdy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Strukturovaný formulář pro věcné a profesionální vyjednání odměny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Doporučený přístup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Neopírejte žádost jen o růst životních nákladů. Nejsilnější argumenty jsou výsledky, rozšířená odpovědnost, nové dovednosti, dlouhodobě vyšší výkon a relevantní tržní srovnání. Uveďte konkrétní částku nebo rozmezí, pokud je to ve vaší situaci vhodné.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Jméno a pozice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Nadřízený / adresát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Současná mzda – volitelné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Požadovaná změna – volitelné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[ČÁSTKA / % / ROZMEZÍ]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Datum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Podklady k žádosti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Výsledek č. 1: [CO JSTE ZLEPŠIL/A + ČÍSLO / DOPAD]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Výsledek č. 2: [ÚSPORA / VÝNOS / KVALITA / ČAS / ZÁKAZNÍCI]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Nové odpovědnosti: [CO DĚLÁTE NAVÍC OPROTI PŮVODNÍ ROLI]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Nové dovednosti / certifikace: [DOPLŇTE]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Tržní srovnání – volitelné: [ZDROJ / ROZMEZÍ]</w:t>
      </w: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Vzorový text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Vážená paní / Vážený pane [PŘÍJMENÍ],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rád/a bych požádal/a o společné projednání mého současného mzdového ohodnocení. Od posledního nastavení mzdy jsem převzal/a [NOVÉ ODPOVĚDNOSTI] a dosáhl/a například [KONKRÉTNÍ VÝSLEDEK 1] a [VÝSLEDEK 2].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S ohledem na rozsah odpovědnosti a dosahované výsledky bych rád/a otevřel/a diskusi o úpravě mzdy na [ČÁSTKA / ROZMEZÍ / PROCENTO]. Jsem připraven/a projednat i cíle a podmínky, které by s úpravou odměny byly spojeny.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Děkuji za možnost tuto otázku osobně projednat.</w:t>
        <w:br/>
        <w:br/>
        <w:t>S pozdravem</w:t>
        <w:br/>
        <w:t>[JMÉNO]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Zvýšení mzdy není obecně automatickým nárokem. Pokud je mzda sjednána ve smlouvě, její změna vyžaduje dohodu; je-li určena mzdovým výměrem nebo vnitřním předpisem, režim změny se může lišit. Vždy zohledněte konkrétní dokumenty u zaměstnavatele.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Praktická šablona podle běžných doporučení náborové praxe 2026.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