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Odpověď na pracovní nabídku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Vzor potvrzení zájmu a profesionální reakce na nabídku zaměstnání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Kdy použít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Použijte po obdržení pracovní nabídky (offeru). Pokud podmínky ještě nejsou kompletní, potvrďte zájem a požádejte o písemné upřesnění mzdy, data nástupu, typu smlouvy, místa výkonu, pracovní doby a dalších podstatných podmínek.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Kandidát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Společnost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Kontaktní osoba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Varianta A – přijetí nabídky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 [PŘÍJMENÍ],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nabídku pracovního místa na pozici [NÁZEV POZICE]. Nabídku za podmínek uvedených v dokumentu / e-mailu ze dne [DATUM] rád/a přijímám.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Potvrzuji předpokládaný nástup dne [DATUM]. Prosím o zaslání dalších kroků a dokumentů potřebných před nástupem.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Těším se na spolupráci.</w:t>
        <w:br/>
        <w:br/>
        <w:t>S pozdravem</w:t>
        <w:br/>
        <w:t>[JMÉNO]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Varianta B – zájem, ale potřebuji upřesnění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nabídku a mám o pozici nadále velký zájem. Před konečným potvrzením bych si rád/a upřesnil/a následující body: [MZDA / BONUSY / HOME OFFICE / DATUM NÁSTUPU / PRACOVNÍ DOBA / BENEFITY / ZKUŠEBNÍ DOBA].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Jakmile si podmínky potvrdíme, rád/a obratem sdělím své konečné stanovisko.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Praktické doporučení: důležité podmínky si potvrďte písemně a před podpisem pracovní smlouvy zkontrolujte, zda odpovídají dohodnuté nabídce. Samotný e-mail s přijetím nabídky nemusí nahrazovat pracovní smlouvu.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