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0" w:after="40" w:line="252" w:lineRule="auto"/>
        <w:jc w:val="left"/>
      </w:pPr>
      <w:r>
        <w:rPr>
          <w:rFonts w:ascii="Aptos" w:hAnsi="Aptos"/>
          <w:b/>
          <w:i w:val="0"/>
          <w:color w:val="1F4E79"/>
          <w:sz w:val="42"/>
        </w:rPr>
        <w:t>Odmítnutí pracovní nabídky 2026</w:t>
      </w:r>
    </w:p>
    <w:p>
      <w:pPr>
        <w:spacing w:before="0" w:after="160" w:line="252" w:lineRule="auto"/>
      </w:pPr>
      <w:r>
        <w:rPr>
          <w:rFonts w:ascii="Aptos" w:hAnsi="Aptos"/>
          <w:b w:val="0"/>
          <w:i w:val="0"/>
          <w:color w:val="607D8B"/>
          <w:sz w:val="19"/>
        </w:rPr>
        <w:t>Zdvořilý a stručný vzor pro zachování dobrých profesních vztahů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35"/>
        <w:gridCol w:w="4535"/>
      </w:tblGrid>
      <w:tr>
        <w:tc>
          <w:tcPr>
            <w:tcW w:type="dxa" w:w="5156"/>
            <w:shd w:fill="F3F6F8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i w:val="0"/>
                <w:color w:val="253746"/>
                <w:sz w:val="18"/>
              </w:rPr>
              <w:t>Aktualizováno: 23. 8. 2026</w:t>
            </w:r>
          </w:p>
        </w:tc>
        <w:tc>
          <w:tcPr>
            <w:tcW w:type="dxa" w:w="5156"/>
            <w:shd w:fill="F3F6F8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  <w:jc w:val="right"/>
            </w:pPr>
            <w:r>
              <w:rPr>
                <w:rFonts w:ascii="Aptos" w:hAnsi="Aptos"/>
                <w:b w:val="0"/>
                <w:i w:val="0"/>
                <w:color w:val="253746"/>
                <w:sz w:val="18"/>
              </w:rPr>
              <w:t>Editovatelný vzor pro Word</w:t>
            </w:r>
          </w:p>
        </w:tc>
      </w:tr>
    </w:tbl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  <w:shd w:fill="EAF2F8"/>
            <w:tcBorders>
              <w:top w:val="single" w:sz="6" w:color="B7C9D6"/>
              <w:left w:val="single" w:sz="10" w:color="1F4E79"/>
              <w:bottom w:val="single" w:sz="6" w:color="B7C9D6"/>
              <w:right w:val="single" w:sz="6" w:color="B7C9D6"/>
            </w:tcBorders>
          </w:tcPr>
          <w:p>
            <w:pPr>
              <w:spacing w:before="0" w:after="40" w:line="252" w:lineRule="auto"/>
            </w:pPr>
            <w:r>
              <w:rPr>
                <w:rFonts w:ascii="Aptos" w:hAnsi="Aptos"/>
                <w:b/>
                <w:i w:val="0"/>
                <w:color w:val="1F4E79"/>
                <w:sz w:val="20"/>
              </w:rPr>
              <w:t>Doporučení</w:t>
              <w:br/>
            </w:r>
            <w:r>
              <w:rPr>
                <w:rFonts w:ascii="Aptos" w:hAnsi="Aptos"/>
                <w:b w:val="0"/>
                <w:i w:val="0"/>
                <w:color w:val="253746"/>
                <w:sz w:val="19"/>
              </w:rPr>
              <w:t>Odmítněte co nejdříve, poděkujte a buďte struční. Není nutné sdělovat detailní osobní důvody. Pokud chcete vztah zachovat, můžete uvést, že budete rádi za budoucí kontakt.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835"/>
        <w:gridCol w:w="6236"/>
      </w:tblGrid>
      <w:tr>
        <w:tc>
          <w:tcPr>
            <w:tcW w:type="dxa" w:w="5156"/>
            <w:shd w:fill="F3F6F8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i w:val="0"/>
                <w:color w:val="253746"/>
                <w:sz w:val="19"/>
              </w:rPr>
              <w:t>Kandidát</w:t>
            </w:r>
          </w:p>
        </w:tc>
        <w:tc>
          <w:tcPr>
            <w:tcW w:type="dxa" w:w="5156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607D8B"/>
                <w:sz w:val="19"/>
              </w:rPr>
              <w:t>[JMÉNO]</w:t>
            </w:r>
          </w:p>
        </w:tc>
      </w:tr>
      <w:tr>
        <w:tc>
          <w:tcPr>
            <w:tcW w:type="dxa" w:w="5156"/>
            <w:shd w:fill="F3F6F8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i w:val="0"/>
                <w:color w:val="253746"/>
                <w:sz w:val="19"/>
              </w:rPr>
              <w:t>Společnost</w:t>
            </w:r>
          </w:p>
        </w:tc>
        <w:tc>
          <w:tcPr>
            <w:tcW w:type="dxa" w:w="5156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607D8B"/>
                <w:sz w:val="19"/>
              </w:rPr>
              <w:t>[NÁZEV]</w:t>
            </w:r>
          </w:p>
        </w:tc>
      </w:tr>
      <w:tr>
        <w:tc>
          <w:tcPr>
            <w:tcW w:type="dxa" w:w="5156"/>
            <w:shd w:fill="F3F6F8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i w:val="0"/>
                <w:color w:val="253746"/>
                <w:sz w:val="19"/>
              </w:rPr>
              <w:t>Pozice</w:t>
            </w:r>
          </w:p>
        </w:tc>
        <w:tc>
          <w:tcPr>
            <w:tcW w:type="dxa" w:w="5156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607D8B"/>
                <w:sz w:val="19"/>
              </w:rPr>
              <w:t>[NÁZEV POZICE]</w:t>
            </w:r>
          </w:p>
        </w:tc>
      </w:tr>
      <w:tr>
        <w:tc>
          <w:tcPr>
            <w:tcW w:type="dxa" w:w="5156"/>
            <w:shd w:fill="F3F6F8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i w:val="0"/>
                <w:color w:val="253746"/>
                <w:sz w:val="19"/>
              </w:rPr>
              <w:t>Kontaktní osoba</w:t>
            </w:r>
          </w:p>
        </w:tc>
        <w:tc>
          <w:tcPr>
            <w:tcW w:type="dxa" w:w="5156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607D8B"/>
                <w:sz w:val="19"/>
              </w:rPr>
              <w:t>[JMÉNO]</w:t>
            </w:r>
          </w:p>
        </w:tc>
      </w:tr>
      <w:tr>
        <w:tc>
          <w:tcPr>
            <w:tcW w:type="dxa" w:w="5156"/>
            <w:shd w:fill="F3F6F8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i w:val="0"/>
                <w:color w:val="253746"/>
                <w:sz w:val="19"/>
              </w:rPr>
              <w:t>Datum</w:t>
            </w:r>
          </w:p>
        </w:tc>
        <w:tc>
          <w:tcPr>
            <w:tcW w:type="dxa" w:w="5156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607D8B"/>
                <w:sz w:val="19"/>
              </w:rPr>
              <w:t>[DD. MM. RRRR]</w:t>
            </w:r>
          </w:p>
        </w:tc>
      </w:tr>
    </w:tbl>
    <w:p>
      <w:pPr>
        <w:pStyle w:val="Heading1"/>
        <w:spacing w:before="120" w:after="80" w:line="252" w:lineRule="auto"/>
      </w:pPr>
      <w:r>
        <w:rPr>
          <w:rFonts w:ascii="Aptos" w:hAnsi="Aptos"/>
          <w:b/>
          <w:i w:val="0"/>
          <w:color w:val="1F4E79"/>
          <w:sz w:val="27"/>
        </w:rPr>
        <w:t>Vzorový text</w:t>
      </w:r>
    </w:p>
    <w:p>
      <w:pPr>
        <w:spacing w:before="0" w:after="120" w:line="264" w:lineRule="auto"/>
      </w:pPr>
      <w:r>
        <w:rPr>
          <w:rFonts w:ascii="Aptos" w:hAnsi="Aptos"/>
          <w:b w:val="0"/>
          <w:i w:val="0"/>
          <w:color w:val="253746"/>
          <w:sz w:val="21"/>
        </w:rPr>
        <w:t>Vážená paní / Vážený pane [PŘÍJMENÍ],</w:t>
      </w:r>
    </w:p>
    <w:p>
      <w:pPr>
        <w:spacing w:before="0" w:after="120" w:line="264" w:lineRule="auto"/>
      </w:pPr>
      <w:r>
        <w:rPr>
          <w:rFonts w:ascii="Aptos" w:hAnsi="Aptos"/>
          <w:b w:val="0"/>
          <w:i w:val="0"/>
          <w:color w:val="253746"/>
          <w:sz w:val="21"/>
        </w:rPr>
        <w:t>děkuji Vám za nabídku na pozici [NÁZEV POZICE] a za čas, který jste mi během výběrového řízení věnovali.</w:t>
      </w:r>
    </w:p>
    <w:p>
      <w:pPr>
        <w:spacing w:before="0" w:after="120" w:line="264" w:lineRule="auto"/>
      </w:pPr>
      <w:r>
        <w:rPr>
          <w:rFonts w:ascii="Aptos" w:hAnsi="Aptos"/>
          <w:b w:val="0"/>
          <w:i w:val="0"/>
          <w:color w:val="253746"/>
          <w:sz w:val="21"/>
        </w:rPr>
        <w:t>Po pečlivém zvážení jsem se rozhodl/a nabídku v tuto chvíli nepřijmout. [VOLITELNÉ: Rozhodl/a jsem se pro jinou příležitost / podmínky nyní neodpovídají mým aktuálním možnostem.]</w:t>
      </w:r>
    </w:p>
    <w:p>
      <w:pPr>
        <w:spacing w:before="0" w:after="120" w:line="264" w:lineRule="auto"/>
      </w:pPr>
      <w:r>
        <w:rPr>
          <w:rFonts w:ascii="Aptos" w:hAnsi="Aptos"/>
          <w:b w:val="0"/>
          <w:i w:val="0"/>
          <w:color w:val="253746"/>
          <w:sz w:val="21"/>
        </w:rPr>
        <w:t>Vaší nabídky i profesionálního průběhu výběrového řízení si vážím. Budu rád/a, pokud můžeme zůstat v kontaktu pro případ budoucí vhodné příležitosti.</w:t>
      </w:r>
    </w:p>
    <w:p>
      <w:pPr>
        <w:spacing w:before="0" w:after="120" w:line="264" w:lineRule="auto"/>
      </w:pPr>
      <w:r>
        <w:rPr>
          <w:rFonts w:ascii="Aptos" w:hAnsi="Aptos"/>
          <w:b w:val="0"/>
          <w:i w:val="0"/>
          <w:color w:val="253746"/>
          <w:sz w:val="21"/>
        </w:rPr>
        <w:t>Přeji Vám úspěšné obsazení pozice.</w:t>
        <w:br/>
        <w:br/>
        <w:t>S pozdravem</w:t>
        <w:br/>
        <w:t>[JMÉNO]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79" w:right="964" w:bottom="879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52" w:lineRule="auto"/>
      <w:jc w:val="center"/>
    </w:pPr>
    <w:r>
      <w:rPr>
        <w:rFonts w:ascii="Aptos" w:hAnsi="Aptos"/>
        <w:b w:val="0"/>
        <w:i w:val="0"/>
        <w:color w:val="607D8B"/>
        <w:sz w:val="15"/>
      </w:rPr>
      <w:t>Praktická šablona podle běžných doporučení náborové praxe 2026.  |  eNáchod.cz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 w:line="252" w:lineRule="auto"/>
      <w:jc w:val="right"/>
    </w:pPr>
    <w:r>
      <w:rPr>
        <w:rFonts w:ascii="Aptos" w:hAnsi="Aptos"/>
        <w:b/>
        <w:i w:val="0"/>
        <w:color w:val="1F4E79"/>
        <w:sz w:val="18"/>
      </w:rPr>
      <w:t>eNáchod.cz  |  Formuláře pro práci a kariéru 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1F4E79"/>
      <w:sz w:val="27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253746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1F4E79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