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Příprava na pracovní pohovor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Pracovní list: firma, role, STAR příklady, otázky a poznámky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Jak se připravit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Dnešní pohovory často ověřují konkrétní kompetence a příklady z praxe. Připravte si 2–4 příběhy metodou STAR (Situace–Úkol–Akce–Výsledek), prostudujte firmu i aktuální projekty a připravte si vlastní otázky.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Společnost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/ čas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Místo / odkaz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Kontaktní osoby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1. Co vím o firmě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Hlavní produkty / služby: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Zákazníci / trh: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Hodnoty / kultura: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Aktuální projekt / novinka: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Proč chci pracovat právě zde: [DOPLŇTE]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2. Tři nejdůležitější požadavky z inzerátu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Požadavek 1: [ ] → můj důkaz / zkušenost: [ 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Požadavek 2: [ ] → můj důkaz / zkušenost: [ 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Požadavek 3: [ ] → můj důkaz / zkušenost: [ 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3. STAR příklady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Situace</w:t>
            </w:r>
          </w:p>
        </w:tc>
        <w:tc>
          <w:tcPr>
            <w:tcW w:type="dxa" w:w="2578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Úkol</w:t>
            </w:r>
          </w:p>
        </w:tc>
        <w:tc>
          <w:tcPr>
            <w:tcW w:type="dxa" w:w="2578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Akce</w:t>
            </w:r>
          </w:p>
        </w:tc>
        <w:tc>
          <w:tcPr>
            <w:tcW w:type="dxa" w:w="2578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Výsledek</w:t>
            </w:r>
          </w:p>
        </w:tc>
      </w:tr>
      <w:tr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  <w:tr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  <w:tr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578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after="360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4. Otázky, na které se připravit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Povězte mi něco o sobě – 60–90 sekund relevantně k roli.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Proč chcete tuto pozici a proč právě u nás?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Na jaký pracovní výsledek jste nejvíce hrdý/á?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Popište situaci, kdy jste řešil/a problém, konflikt nebo změnu.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Jaké jsou vaše silné stránky a co aktuálně rozvíjíte?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Jaké máte mzdové očekávání a kdy můžete nastoupit?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5. Moje otázky na zaměstnavatele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 bude vypadat úspěch na této pozici během prvních 3–6 měsíců?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Jaké jsou hlavní priority týmu právě teď?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 je nastaveno zaškolení a zpětná vazba?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Proč je pozice otevřená?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Jaké jsou další kroky výběrového řízení?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6. Poznámky během / po pohovoru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  <w:tr>
        <w:tc>
          <w:tcPr>
            <w:tcW w:type="dxa" w:w="10312"/>
            <w:tcBorders>
              <w:bottom w:val="single" w:sz="4" w:color="B7C9D6"/>
            </w:tcBorders>
          </w:tcPr>
          <w:p>
            <w:pPr>
              <w:spacing w:before="0" w:after="280" w:line="252" w:lineRule="auto"/>
            </w:pPr>
            <w:r>
              <w:rPr>
                <w:rFonts w:ascii="Aptos" w:hAnsi="Aptos"/>
                <w:b w:val="0"/>
                <w:i w:val="0"/>
                <w:sz w:val="18"/>
              </w:rPr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Praktické doporučení 2026: Hays doporučuje před pohovorem zkoumat nejen web firmy, ale i její aktuální projekty, vedení a oborové dění; odpovědi strukturovat metodou STAR a připravit si konkrétní otázky.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