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Checklist před nástupem do zaměstnání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Kontrolní seznam pro uchazeče před prvním pracovním dnem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Proč checklist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Před nástupem si zkontrolujte nejen datum a místo, ale i smluvní podmínky, dokumenty, mzdu, zkušební dobu, pracovní dobu a případné zdravotní požadavky. Vstupní lékařská prohlídka není v roce 2026 automaticky povinná u každé práce – záleží na kategorii práce a dalších podmínkách.</w:t>
            </w:r>
          </w:p>
        </w:tc>
      </w:tr>
    </w:tbl>
    <w:p>
      <w:pPr>
        <w:spacing w:after="0"/>
      </w:pP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A. Pracovní smlouva a podmínky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Mám písemnou pracovní smlouvu a znám den nástupu.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Sedí druh práce a místo výkonu práce s dohodou.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Znám výši mzdy/platu nebo způsob jejího určení.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Znám pracovní dobu / směny a případný home office.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Zkontroloval/a jsem zkušební dobu (pokud je sjednána).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Znám délku pracovního poměru – doba určitá / neurčitá.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Mám písemně potvrzené důležité benefity nebo bonusová pravidla, pokud byla součástí nabídky.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B. Dokumenty a údaje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Občanský průkaz / doklad totožnosti k nahlédnutí dle pokynů zaměstnavatele.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Číslo bankovního účtu pro výplatu mzdy.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Doklady o vzdělání, kvalifikaci nebo oprávnění, pokud jsou pro práci potřebné.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Údaje potřebné pro mzdovou a personální agendu.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Doklady pro uplatnění daňových slev, pokud je chci u zaměstnavatele uplatňovat.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Potvrzení o zaměstnání od předchozího zaměstnavatele, pokud je relevantní / vyžádané pro navazující agendu.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C. Zdravotní způsobilost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Ověřil/a jsem, zda je pro moji práci vstupní pracovnělékařská prohlídka povinná.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Pokud mě zaměstnavatel na prohlídku vyslal, mám žádanku a znám termín.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U práce kategorie 1 bez zvláštních zdravotních požadavků může být vstupní prohlídka nepovinná, ale může ji požadovat zaměstnavatel nebo uchazeč.</w:t>
      </w:r>
    </w:p>
    <w:p>
      <w:r>
        <w:br w:type="page"/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D. První den a onboarding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Vím, v kolik hodin a kam přijít / ke komu se hlásit.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Mám kontakt na nadřízeného nebo HR.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Znám dress code a případné vybavení, které si mám přinést.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Mám potvrzené pracovní prostředky – notebook, telefon, ochranné pomůcky apod.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Počítám se školením BOZP, interních pravidel a ochrany dat.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Vím, jak bude probíhat zaškolení a kdo je můj kontaktní člověk.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E. Co si po nástupu ověřit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Obdržel/a jsem přístupové údaje a pracovní prostředky.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Rozumím prioritám a cílům pro první týdny.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Vím, jak se eviduje pracovní doba, dovolená a překážky v práci.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Mám přístup k interním předpisům, které se mě týkají.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Vím, kdy a jak probíhá výplata mzdy a komu hlásit změny osobních údajů.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F. Kontakty a vlastní poznámky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Nadřízený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 / KONTAKT]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HR / personalista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 / KONTAKT]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Buddy / školitel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 / KONTAKT]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Poznámka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Právní orientace: pracovní smlouva se řídí zejména zákoníkem práce. Pravidla vstupních pracovnělékařských prohlídek byla změněna v roce 2025; Ministerstvo zdravotnictví v lednu 2026 potvrdilo fakultativní režim u vybraných prací kategorie 1. Zaměstnavatel může požadovat jen údaje, které souvisejí s pracovním vztahem a výkonem práce.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